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70039" w14:textId="77777777" w:rsidR="00025667" w:rsidRPr="008A2E09" w:rsidRDefault="00000000" w:rsidP="008A2E09">
      <w:pPr>
        <w:pStyle w:val="Nagwek1"/>
        <w:jc w:val="center"/>
        <w:rPr>
          <w:rFonts w:ascii="Arial Narrow" w:hAnsi="Arial Narrow"/>
          <w:color w:val="auto"/>
        </w:rPr>
      </w:pPr>
      <w:r w:rsidRPr="008A2E09">
        <w:rPr>
          <w:rFonts w:ascii="Arial Narrow" w:hAnsi="Arial Narrow"/>
          <w:color w:val="auto"/>
        </w:rPr>
        <w:t>OŚWIADCZENIE</w:t>
      </w:r>
    </w:p>
    <w:p w14:paraId="6B76A4F8" w14:textId="62690FE1" w:rsidR="0024383A" w:rsidRPr="008A2E09" w:rsidRDefault="00000000" w:rsidP="0024383A">
      <w:pPr>
        <w:rPr>
          <w:rFonts w:ascii="Arial Narrow" w:hAnsi="Arial Narrow"/>
          <w:sz w:val="24"/>
          <w:szCs w:val="24"/>
        </w:rPr>
      </w:pPr>
      <w:r w:rsidRPr="008A2E09">
        <w:rPr>
          <w:rFonts w:ascii="Arial Narrow" w:hAnsi="Arial Narrow"/>
          <w:sz w:val="24"/>
          <w:szCs w:val="24"/>
        </w:rPr>
        <w:t xml:space="preserve">Dotyczy: zapytania ofertowego z dnia </w:t>
      </w:r>
      <w:r w:rsidR="008D3B66" w:rsidRPr="008A2E09">
        <w:rPr>
          <w:rFonts w:ascii="Arial Narrow" w:hAnsi="Arial Narrow"/>
          <w:sz w:val="24"/>
          <w:szCs w:val="24"/>
        </w:rPr>
        <w:t>1</w:t>
      </w:r>
      <w:r w:rsidRPr="008A2E09">
        <w:rPr>
          <w:rFonts w:ascii="Arial Narrow" w:hAnsi="Arial Narrow"/>
          <w:sz w:val="24"/>
          <w:szCs w:val="24"/>
        </w:rPr>
        <w:t>5.0</w:t>
      </w:r>
      <w:r w:rsidR="008D3B66" w:rsidRPr="008A2E09">
        <w:rPr>
          <w:rFonts w:ascii="Arial Narrow" w:hAnsi="Arial Narrow"/>
          <w:sz w:val="24"/>
          <w:szCs w:val="24"/>
        </w:rPr>
        <w:t>7</w:t>
      </w:r>
      <w:r w:rsidRPr="008A2E09">
        <w:rPr>
          <w:rFonts w:ascii="Arial Narrow" w:hAnsi="Arial Narrow"/>
          <w:sz w:val="24"/>
          <w:szCs w:val="24"/>
        </w:rPr>
        <w:t>.2025 r. – organizacja wydarzeń artystyczno-integracyjnych w ramach projektu „Trend na ARA</w:t>
      </w:r>
      <w:r w:rsidR="0024383A" w:rsidRPr="008A2E09">
        <w:rPr>
          <w:rFonts w:ascii="Arial Narrow" w:hAnsi="Arial Narrow"/>
          <w:sz w:val="24"/>
          <w:szCs w:val="24"/>
        </w:rPr>
        <w:t xml:space="preserve">”, realizowanego przez Lubuskie Stowarzyszenie Rozwoju Regionalnego „ROZWÓJ” w Gorzowie Wlkp. </w:t>
      </w:r>
      <w:r w:rsidR="0024383A" w:rsidRPr="008A2E09">
        <w:rPr>
          <w:rFonts w:ascii="Arial Narrow" w:hAnsi="Arial Narrow"/>
          <w:sz w:val="24"/>
          <w:szCs w:val="24"/>
        </w:rPr>
        <w:br/>
      </w:r>
    </w:p>
    <w:p w14:paraId="6ED4A31D" w14:textId="0D5146CD" w:rsidR="00025667" w:rsidRPr="008A2E09" w:rsidRDefault="00000000">
      <w:pPr>
        <w:rPr>
          <w:rFonts w:ascii="Arial Narrow" w:hAnsi="Arial Narrow"/>
          <w:sz w:val="24"/>
          <w:szCs w:val="24"/>
        </w:rPr>
      </w:pPr>
      <w:r w:rsidRPr="008A2E09">
        <w:rPr>
          <w:rFonts w:ascii="Arial Narrow" w:hAnsi="Arial Narrow"/>
          <w:sz w:val="24"/>
          <w:szCs w:val="24"/>
        </w:rPr>
        <w:t>Ja, niżej podpisany/a ……………………………………………………………………………………, działając w imieniu ………………………………………………………………………………………………………………</w:t>
      </w:r>
      <w:r w:rsidRPr="008A2E09">
        <w:rPr>
          <w:rFonts w:ascii="Arial Narrow" w:hAnsi="Arial Narrow"/>
          <w:sz w:val="24"/>
          <w:szCs w:val="24"/>
        </w:rPr>
        <w:br/>
        <w:t>oświadczam, że:</w:t>
      </w:r>
      <w:r w:rsidRPr="008A2E09">
        <w:rPr>
          <w:rFonts w:ascii="Arial Narrow" w:hAnsi="Arial Narrow"/>
          <w:sz w:val="24"/>
          <w:szCs w:val="24"/>
        </w:rPr>
        <w:br/>
        <w:t>1. Posiadam doświadczenie w organizacji minimum 2 imprez plenerowych lub kulturalnych o skali powyżej 500 uczestników każda, w ciągu ostatnich 3 lat.</w:t>
      </w:r>
      <w:r w:rsidRPr="008A2E09">
        <w:rPr>
          <w:rFonts w:ascii="Arial Narrow" w:hAnsi="Arial Narrow"/>
          <w:sz w:val="24"/>
          <w:szCs w:val="24"/>
        </w:rPr>
        <w:br/>
        <w:t>2. Posiadam niezbędny sprzęt i kadrę do realizacji zamówienia.</w:t>
      </w:r>
      <w:r w:rsidRPr="008A2E09">
        <w:rPr>
          <w:rFonts w:ascii="Arial Narrow" w:hAnsi="Arial Narrow"/>
          <w:sz w:val="24"/>
          <w:szCs w:val="24"/>
        </w:rPr>
        <w:br/>
        <w:t>3. Zdolny/a jestem do realizacji wszystkich trzech wydarzeń w wymaganych lokalizacjach i terminach.</w:t>
      </w:r>
      <w:r w:rsidRPr="008A2E09">
        <w:rPr>
          <w:rFonts w:ascii="Arial Narrow" w:hAnsi="Arial Narrow"/>
          <w:sz w:val="24"/>
          <w:szCs w:val="24"/>
        </w:rPr>
        <w:br/>
        <w:t>4. Spełniam wszystkie warunki udziału w postępowaniu określone w zapytaniu ofertowym.</w:t>
      </w:r>
    </w:p>
    <w:p w14:paraId="0C98F02D" w14:textId="77777777" w:rsidR="0024383A" w:rsidRPr="008A2E09" w:rsidRDefault="00000000" w:rsidP="0024383A">
      <w:pPr>
        <w:rPr>
          <w:rFonts w:ascii="Arial Narrow" w:hAnsi="Arial Narrow"/>
          <w:sz w:val="24"/>
          <w:szCs w:val="24"/>
        </w:rPr>
      </w:pPr>
      <w:r w:rsidRPr="008A2E09">
        <w:rPr>
          <w:rFonts w:ascii="Arial Narrow" w:hAnsi="Arial Narrow"/>
          <w:sz w:val="24"/>
          <w:szCs w:val="24"/>
        </w:rPr>
        <w:br/>
      </w:r>
      <w:r w:rsidR="0024383A" w:rsidRPr="008A2E09">
        <w:rPr>
          <w:rFonts w:ascii="Arial Narrow" w:hAnsi="Arial Narrow"/>
          <w:sz w:val="24"/>
          <w:szCs w:val="24"/>
        </w:rPr>
        <w:br/>
        <w:t>……………………………………………….………….., …………/……………/2025</w:t>
      </w:r>
      <w:r w:rsidR="0024383A" w:rsidRPr="008A2E09">
        <w:rPr>
          <w:rFonts w:ascii="Arial Narrow" w:hAnsi="Arial Narrow"/>
          <w:sz w:val="24"/>
          <w:szCs w:val="24"/>
        </w:rPr>
        <w:br/>
        <w:t>(miejscowość, data)</w:t>
      </w:r>
    </w:p>
    <w:p w14:paraId="6242B66D" w14:textId="77777777" w:rsidR="0024383A" w:rsidRPr="008A2E09" w:rsidRDefault="0024383A" w:rsidP="0024383A">
      <w:pPr>
        <w:rPr>
          <w:rFonts w:ascii="Arial Narrow" w:hAnsi="Arial Narrow"/>
          <w:sz w:val="24"/>
          <w:szCs w:val="24"/>
        </w:rPr>
      </w:pPr>
    </w:p>
    <w:p w14:paraId="345D69C3" w14:textId="77777777" w:rsidR="0024383A" w:rsidRPr="008A2E09" w:rsidRDefault="0024383A" w:rsidP="0024383A">
      <w:pPr>
        <w:rPr>
          <w:rFonts w:ascii="Arial Narrow" w:hAnsi="Arial Narrow"/>
          <w:sz w:val="24"/>
          <w:szCs w:val="24"/>
        </w:rPr>
      </w:pPr>
    </w:p>
    <w:p w14:paraId="7EAF2278" w14:textId="77777777" w:rsidR="0024383A" w:rsidRPr="008A2E09" w:rsidRDefault="0024383A" w:rsidP="0024383A">
      <w:pPr>
        <w:rPr>
          <w:rFonts w:ascii="Arial Narrow" w:hAnsi="Arial Narrow"/>
          <w:sz w:val="24"/>
          <w:szCs w:val="24"/>
        </w:rPr>
      </w:pPr>
      <w:r w:rsidRPr="008A2E09">
        <w:rPr>
          <w:rFonts w:ascii="Arial Narrow" w:hAnsi="Arial Narrow"/>
          <w:sz w:val="24"/>
          <w:szCs w:val="24"/>
        </w:rPr>
        <w:br/>
        <w:t>………………………………………..</w:t>
      </w:r>
      <w:r w:rsidRPr="008A2E09">
        <w:rPr>
          <w:rFonts w:ascii="Arial Narrow" w:hAnsi="Arial Narrow"/>
          <w:sz w:val="24"/>
          <w:szCs w:val="24"/>
        </w:rPr>
        <w:br/>
        <w:t>(podpis i pieczęć Wykonawcy)</w:t>
      </w:r>
    </w:p>
    <w:p w14:paraId="229A4E5B" w14:textId="1FCA647C" w:rsidR="00025667" w:rsidRPr="008A2E09" w:rsidRDefault="00025667" w:rsidP="0024383A">
      <w:pPr>
        <w:rPr>
          <w:rFonts w:ascii="Arial Narrow" w:hAnsi="Arial Narrow"/>
          <w:sz w:val="24"/>
          <w:szCs w:val="24"/>
        </w:rPr>
      </w:pPr>
    </w:p>
    <w:sectPr w:rsidR="00025667" w:rsidRPr="008A2E09" w:rsidSect="008D3B66">
      <w:headerReference w:type="default" r:id="rId8"/>
      <w:footerReference w:type="default" r:id="rId9"/>
      <w:pgSz w:w="12240" w:h="15840"/>
      <w:pgMar w:top="1440" w:right="1800" w:bottom="1440" w:left="1800" w:header="1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80414" w14:textId="77777777" w:rsidR="00555CB3" w:rsidRDefault="00555CB3" w:rsidP="0024383A">
      <w:pPr>
        <w:spacing w:after="0" w:line="240" w:lineRule="auto"/>
      </w:pPr>
      <w:r>
        <w:separator/>
      </w:r>
    </w:p>
  </w:endnote>
  <w:endnote w:type="continuationSeparator" w:id="0">
    <w:p w14:paraId="25B39207" w14:textId="77777777" w:rsidR="00555CB3" w:rsidRDefault="00555CB3" w:rsidP="00243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D6AA9" w14:textId="77777777" w:rsidR="0024383A" w:rsidRDefault="0024383A" w:rsidP="0024383A">
    <w:pPr>
      <w:pStyle w:val="Stopka"/>
      <w:rPr>
        <w:rFonts w:ascii="Arial Narrow" w:hAnsi="Arial Narrow"/>
      </w:rPr>
    </w:pPr>
  </w:p>
  <w:p w14:paraId="4192DD3B" w14:textId="781DEB46" w:rsidR="0024383A" w:rsidRPr="00911156" w:rsidRDefault="0024383A" w:rsidP="0024383A">
    <w:pPr>
      <w:pStyle w:val="Stopka"/>
      <w:jc w:val="center"/>
      <w:rPr>
        <w:rFonts w:ascii="Arial Narrow" w:hAnsi="Arial Narrow"/>
      </w:rPr>
    </w:pPr>
    <w:r>
      <w:rPr>
        <w:rFonts w:ascii="Arial Narrow" w:hAnsi="Arial Narrow"/>
      </w:rPr>
      <w:t>Z</w:t>
    </w:r>
    <w:r w:rsidRPr="00911156">
      <w:rPr>
        <w:rFonts w:ascii="Arial Narrow" w:hAnsi="Arial Narrow"/>
      </w:rPr>
      <w:t>adanie publiczne pn. „Trend na ARA” sfinansowano przez Narodowy Instytut Wolności –</w:t>
    </w:r>
    <w:r w:rsidR="008D3B66">
      <w:rPr>
        <w:rFonts w:ascii="Arial Narrow" w:hAnsi="Arial Narrow"/>
      </w:rPr>
      <w:br/>
    </w:r>
    <w:r w:rsidRPr="00911156">
      <w:rPr>
        <w:rFonts w:ascii="Arial Narrow" w:hAnsi="Arial Narrow"/>
      </w:rPr>
      <w:t xml:space="preserve"> Centrum Rozwoju Społeczeństwa Obywatelskiego </w:t>
    </w:r>
    <w:r>
      <w:rPr>
        <w:rFonts w:ascii="Arial Narrow" w:hAnsi="Arial Narrow"/>
      </w:rPr>
      <w:br/>
    </w:r>
    <w:r w:rsidRPr="00911156">
      <w:rPr>
        <w:rFonts w:ascii="Arial Narrow" w:hAnsi="Arial Narrow"/>
      </w:rPr>
      <w:t>ze środków Programu Fundusz Inicjatyw Obywatelskich NOWEFIO na lata 2021–2030.</w:t>
    </w:r>
  </w:p>
  <w:p w14:paraId="3A3DF58E" w14:textId="77777777" w:rsidR="0024383A" w:rsidRPr="00911156" w:rsidRDefault="0024383A" w:rsidP="0024383A">
    <w:pPr>
      <w:pStyle w:val="Stopka"/>
    </w:pPr>
  </w:p>
  <w:p w14:paraId="7602093F" w14:textId="77777777" w:rsidR="0024383A" w:rsidRDefault="0024383A" w:rsidP="0024383A">
    <w:pPr>
      <w:pStyle w:val="Stopka"/>
    </w:pPr>
  </w:p>
  <w:p w14:paraId="165C1A75" w14:textId="159E1497" w:rsidR="0024383A" w:rsidRDefault="0024383A" w:rsidP="0024383A">
    <w:pPr>
      <w:pStyle w:val="Stopka"/>
      <w:tabs>
        <w:tab w:val="clear" w:pos="4680"/>
        <w:tab w:val="clear" w:pos="9360"/>
        <w:tab w:val="left" w:pos="133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44930" w14:textId="77777777" w:rsidR="00555CB3" w:rsidRDefault="00555CB3" w:rsidP="0024383A">
      <w:pPr>
        <w:spacing w:after="0" w:line="240" w:lineRule="auto"/>
      </w:pPr>
      <w:r>
        <w:separator/>
      </w:r>
    </w:p>
  </w:footnote>
  <w:footnote w:type="continuationSeparator" w:id="0">
    <w:p w14:paraId="4CC13ACA" w14:textId="77777777" w:rsidR="00555CB3" w:rsidRDefault="00555CB3" w:rsidP="00243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845A2" w14:textId="77777777" w:rsidR="008D3B66" w:rsidRPr="00911156" w:rsidRDefault="008D3B66" w:rsidP="008D3B66">
    <w:pPr>
      <w:pStyle w:val="Nagwek"/>
    </w:pPr>
    <w:r w:rsidRPr="00911156">
      <w:t xml:space="preserve">                                                         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2"/>
      <w:gridCol w:w="2158"/>
      <w:gridCol w:w="3586"/>
    </w:tblGrid>
    <w:tr w:rsidR="008D3B66" w:rsidRPr="00911156" w14:paraId="604BEA36" w14:textId="77777777" w:rsidTr="008809DC">
      <w:tc>
        <w:tcPr>
          <w:tcW w:w="4390" w:type="dxa"/>
        </w:tcPr>
        <w:p w14:paraId="07542B1A" w14:textId="77777777" w:rsidR="008D3B66" w:rsidRPr="00911156" w:rsidRDefault="008D3B66" w:rsidP="008D3B66">
          <w:pPr>
            <w:pStyle w:val="Nagwek"/>
          </w:pPr>
          <w:r w:rsidRPr="00911156">
            <w:rPr>
              <w:noProof/>
            </w:rPr>
            <w:drawing>
              <wp:inline distT="0" distB="0" distL="0" distR="0" wp14:anchorId="564469DA" wp14:editId="199DC310">
                <wp:extent cx="1135380" cy="928516"/>
                <wp:effectExtent l="0" t="0" r="0" b="0"/>
                <wp:docPr id="1756521478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524" cy="9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                                         </w:t>
          </w:r>
        </w:p>
      </w:tc>
      <w:tc>
        <w:tcPr>
          <w:tcW w:w="4390" w:type="dxa"/>
        </w:tcPr>
        <w:p w14:paraId="4306305A" w14:textId="77777777" w:rsidR="008D3B66" w:rsidRDefault="008D3B66" w:rsidP="008D3B66">
          <w:pPr>
            <w:pStyle w:val="Nagwek"/>
            <w:jc w:val="right"/>
          </w:pPr>
        </w:p>
      </w:tc>
      <w:tc>
        <w:tcPr>
          <w:tcW w:w="4390" w:type="dxa"/>
        </w:tcPr>
        <w:p w14:paraId="5F79D777" w14:textId="77777777" w:rsidR="008D3B66" w:rsidRPr="00911156" w:rsidRDefault="008D3B66" w:rsidP="008D3B66">
          <w:pPr>
            <w:pStyle w:val="Nagwek"/>
            <w:jc w:val="right"/>
          </w:pPr>
          <w:r>
            <w:t xml:space="preserve">               </w:t>
          </w:r>
          <w:r w:rsidRPr="00911156">
            <w:rPr>
              <w:noProof/>
            </w:rPr>
            <w:drawing>
              <wp:inline distT="0" distB="0" distL="0" distR="0" wp14:anchorId="545101BF" wp14:editId="42BCDA6C">
                <wp:extent cx="1697045" cy="845820"/>
                <wp:effectExtent l="0" t="0" r="0" b="0"/>
                <wp:docPr id="101650848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9720" cy="85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650EBB" w14:textId="77777777" w:rsidR="008D3B66" w:rsidRPr="00911156" w:rsidRDefault="008D3B66" w:rsidP="008D3B66">
    <w:pPr>
      <w:pStyle w:val="Nagwek"/>
    </w:pPr>
    <w:r w:rsidRPr="00911156">
      <w:t xml:space="preserve">                                           </w:t>
    </w:r>
    <w:r w:rsidRPr="00911156">
      <w:rPr>
        <w:noProof/>
      </w:rPr>
      <w:drawing>
        <wp:inline distT="0" distB="0" distL="0" distR="0" wp14:anchorId="62143980" wp14:editId="3CEEBC4A">
          <wp:extent cx="5478780" cy="4480560"/>
          <wp:effectExtent l="0" t="0" r="7620" b="0"/>
          <wp:docPr id="17008042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780" cy="448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1156">
      <w:rPr>
        <w:noProof/>
      </w:rPr>
      <w:drawing>
        <wp:inline distT="0" distB="0" distL="0" distR="0" wp14:anchorId="2DBA4617" wp14:editId="5E1FA6B6">
          <wp:extent cx="5486400" cy="4487545"/>
          <wp:effectExtent l="0" t="0" r="0" b="8255"/>
          <wp:docPr id="11202170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48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1156">
      <w:tab/>
    </w:r>
    <w:r w:rsidRPr="00911156">
      <w:rPr>
        <w:noProof/>
      </w:rPr>
      <w:drawing>
        <wp:inline distT="0" distB="0" distL="0" distR="0" wp14:anchorId="7F4B8375" wp14:editId="0EFF1C90">
          <wp:extent cx="5486400" cy="4487545"/>
          <wp:effectExtent l="0" t="0" r="0" b="8255"/>
          <wp:docPr id="186703843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48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11156">
      <w:tab/>
    </w:r>
  </w:p>
  <w:p w14:paraId="4EF2F21A" w14:textId="77777777" w:rsidR="008D3B66" w:rsidRPr="00911156" w:rsidRDefault="008D3B66" w:rsidP="008D3B66">
    <w:pPr>
      <w:pStyle w:val="Nagwek"/>
    </w:pPr>
  </w:p>
  <w:p w14:paraId="593EA4F0" w14:textId="77777777" w:rsidR="008D3B66" w:rsidRPr="00911156" w:rsidRDefault="008D3B66" w:rsidP="008D3B66">
    <w:pPr>
      <w:pStyle w:val="Nagwek"/>
    </w:pPr>
  </w:p>
  <w:p w14:paraId="534A6EB1" w14:textId="77777777" w:rsidR="008D3B66" w:rsidRPr="00911156" w:rsidRDefault="008D3B66" w:rsidP="008D3B66">
    <w:pPr>
      <w:pStyle w:val="Nagwek"/>
    </w:pPr>
  </w:p>
  <w:p w14:paraId="69855E88" w14:textId="77777777" w:rsidR="008D3B66" w:rsidRPr="00911156" w:rsidRDefault="008D3B66" w:rsidP="008D3B66">
    <w:pPr>
      <w:pStyle w:val="Nagwek"/>
    </w:pPr>
  </w:p>
  <w:p w14:paraId="3C886644" w14:textId="77777777" w:rsidR="008D3B66" w:rsidRPr="00911156" w:rsidRDefault="008D3B66" w:rsidP="008D3B66">
    <w:pPr>
      <w:pStyle w:val="Nagwek"/>
    </w:pPr>
  </w:p>
  <w:p w14:paraId="57C816E5" w14:textId="77777777" w:rsidR="008D3B66" w:rsidRPr="00911156" w:rsidRDefault="008D3B66" w:rsidP="008D3B66">
    <w:pPr>
      <w:pStyle w:val="Nagwek"/>
    </w:pPr>
  </w:p>
  <w:p w14:paraId="32232104" w14:textId="77777777" w:rsidR="008D3B66" w:rsidRDefault="008D3B66" w:rsidP="008D3B66">
    <w:pPr>
      <w:pStyle w:val="Nagwek"/>
    </w:pPr>
  </w:p>
  <w:p w14:paraId="08B6576B" w14:textId="77777777" w:rsidR="008D3B66" w:rsidRDefault="008D3B66" w:rsidP="008D3B66">
    <w:pPr>
      <w:pStyle w:val="Nagwek"/>
    </w:pPr>
  </w:p>
  <w:p w14:paraId="18B9838C" w14:textId="580CF173" w:rsidR="0024383A" w:rsidRDefault="0024383A">
    <w:pPr>
      <w:pStyle w:val="Nagwek"/>
    </w:pPr>
  </w:p>
  <w:p w14:paraId="284FEB4A" w14:textId="77777777" w:rsidR="0024383A" w:rsidRDefault="002438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66812295">
    <w:abstractNumId w:val="8"/>
  </w:num>
  <w:num w:numId="2" w16cid:durableId="1880508196">
    <w:abstractNumId w:val="6"/>
  </w:num>
  <w:num w:numId="3" w16cid:durableId="370346167">
    <w:abstractNumId w:val="5"/>
  </w:num>
  <w:num w:numId="4" w16cid:durableId="2083674606">
    <w:abstractNumId w:val="4"/>
  </w:num>
  <w:num w:numId="5" w16cid:durableId="1717312894">
    <w:abstractNumId w:val="7"/>
  </w:num>
  <w:num w:numId="6" w16cid:durableId="1644313582">
    <w:abstractNumId w:val="3"/>
  </w:num>
  <w:num w:numId="7" w16cid:durableId="1962110378">
    <w:abstractNumId w:val="2"/>
  </w:num>
  <w:num w:numId="8" w16cid:durableId="205683524">
    <w:abstractNumId w:val="1"/>
  </w:num>
  <w:num w:numId="9" w16cid:durableId="69354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0717"/>
    <w:rsid w:val="00025667"/>
    <w:rsid w:val="00034616"/>
    <w:rsid w:val="0006063C"/>
    <w:rsid w:val="0015074B"/>
    <w:rsid w:val="0024383A"/>
    <w:rsid w:val="0029639D"/>
    <w:rsid w:val="00326F90"/>
    <w:rsid w:val="00555CB3"/>
    <w:rsid w:val="008A2E09"/>
    <w:rsid w:val="008D3B66"/>
    <w:rsid w:val="00AA1D8D"/>
    <w:rsid w:val="00B47730"/>
    <w:rsid w:val="00C062FC"/>
    <w:rsid w:val="00CB0664"/>
    <w:rsid w:val="00E562B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234601"/>
  <w14:defaultImageDpi w14:val="300"/>
  <w15:docId w15:val="{4C5419BB-FBCA-42E2-9A95-BCF11501E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Marta Kowalska</cp:lastModifiedBy>
  <cp:revision>5</cp:revision>
  <dcterms:created xsi:type="dcterms:W3CDTF">2013-12-23T23:15:00Z</dcterms:created>
  <dcterms:modified xsi:type="dcterms:W3CDTF">2025-08-10T16:11:00Z</dcterms:modified>
  <cp:category/>
</cp:coreProperties>
</file>