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5E86B" w14:textId="55FE4B46" w:rsidR="00796403" w:rsidRPr="00C0419C" w:rsidRDefault="00000000" w:rsidP="00C0419C">
      <w:pPr>
        <w:pStyle w:val="Nagwek1"/>
        <w:jc w:val="center"/>
        <w:rPr>
          <w:color w:val="auto"/>
        </w:rPr>
      </w:pPr>
      <w:r w:rsidRPr="00C0419C">
        <w:rPr>
          <w:color w:val="auto"/>
        </w:rPr>
        <w:t>WYKAZ USŁUG</w:t>
      </w:r>
    </w:p>
    <w:p w14:paraId="22520925" w14:textId="25AEC0A0" w:rsidR="00796403" w:rsidRPr="00A2778A" w:rsidRDefault="00000000">
      <w:r w:rsidRPr="00A2778A">
        <w:t xml:space="preserve">Dotyczy: zapytania ofertowego z dnia </w:t>
      </w:r>
      <w:r w:rsidR="00A2778A" w:rsidRPr="00A2778A">
        <w:t>1</w:t>
      </w:r>
      <w:r w:rsidRPr="00A2778A">
        <w:t>5.0</w:t>
      </w:r>
      <w:r w:rsidR="00A2778A" w:rsidRPr="00A2778A">
        <w:t>7</w:t>
      </w:r>
      <w:r w:rsidRPr="00A2778A">
        <w:t>.2025 r. – organizacja wydarzeń artystyczno-integracyjnych w ramach projektu „Trend na ARA”</w:t>
      </w:r>
      <w:r w:rsidR="00A2778A">
        <w:t xml:space="preserve">, realizowanego przez </w:t>
      </w:r>
      <w:r w:rsidR="00A2778A" w:rsidRPr="00911156">
        <w:t>Lubuskie Stowarzyszenie Rozwoju Regionalnego „ROZWÓJ”</w:t>
      </w:r>
      <w:r w:rsidR="00A2778A">
        <w:t xml:space="preserve"> w Gorzowie Wlkp. </w:t>
      </w:r>
      <w:r w:rsidR="00A2778A" w:rsidRPr="00911156">
        <w:br/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441"/>
        <w:gridCol w:w="3320"/>
        <w:gridCol w:w="1973"/>
        <w:gridCol w:w="1550"/>
        <w:gridCol w:w="3505"/>
      </w:tblGrid>
      <w:tr w:rsidR="00796403" w:rsidRPr="00A2778A" w14:paraId="2B6D3AC9" w14:textId="77777777" w:rsidTr="00A8274F">
        <w:tc>
          <w:tcPr>
            <w:tcW w:w="502" w:type="dxa"/>
          </w:tcPr>
          <w:p w14:paraId="403593BA" w14:textId="77777777" w:rsidR="00796403" w:rsidRPr="00A2778A" w:rsidRDefault="00000000">
            <w:r w:rsidRPr="00A2778A">
              <w:t>Lp.</w:t>
            </w:r>
          </w:p>
        </w:tc>
        <w:tc>
          <w:tcPr>
            <w:tcW w:w="2441" w:type="dxa"/>
          </w:tcPr>
          <w:p w14:paraId="627124C1" w14:textId="77777777" w:rsidR="00796403" w:rsidRPr="00A2778A" w:rsidRDefault="00000000">
            <w:r w:rsidRPr="00A2778A">
              <w:t>Nazwa zamówienia/usługi</w:t>
            </w:r>
          </w:p>
        </w:tc>
        <w:tc>
          <w:tcPr>
            <w:tcW w:w="3320" w:type="dxa"/>
          </w:tcPr>
          <w:p w14:paraId="299BE651" w14:textId="77777777" w:rsidR="00796403" w:rsidRPr="00A2778A" w:rsidRDefault="00000000">
            <w:r w:rsidRPr="00A2778A">
              <w:t>Opis zakresu</w:t>
            </w:r>
          </w:p>
        </w:tc>
        <w:tc>
          <w:tcPr>
            <w:tcW w:w="1973" w:type="dxa"/>
          </w:tcPr>
          <w:p w14:paraId="5CDF81F9" w14:textId="77777777" w:rsidR="00796403" w:rsidRPr="00A2778A" w:rsidRDefault="00000000">
            <w:r w:rsidRPr="00A2778A">
              <w:t>Liczba uczestników</w:t>
            </w:r>
          </w:p>
        </w:tc>
        <w:tc>
          <w:tcPr>
            <w:tcW w:w="1550" w:type="dxa"/>
          </w:tcPr>
          <w:p w14:paraId="058A116A" w14:textId="77777777" w:rsidR="00796403" w:rsidRPr="00A2778A" w:rsidRDefault="00000000">
            <w:r w:rsidRPr="00A2778A">
              <w:t>Data realizacji</w:t>
            </w:r>
          </w:p>
        </w:tc>
        <w:tc>
          <w:tcPr>
            <w:tcW w:w="3505" w:type="dxa"/>
          </w:tcPr>
          <w:p w14:paraId="1CCACED3" w14:textId="77777777" w:rsidR="00796403" w:rsidRPr="00A2778A" w:rsidRDefault="00000000">
            <w:r w:rsidRPr="00A2778A">
              <w:t>Podmiot zamawiający</w:t>
            </w:r>
          </w:p>
        </w:tc>
      </w:tr>
      <w:tr w:rsidR="00796403" w:rsidRPr="00A2778A" w14:paraId="7505D8F6" w14:textId="77777777" w:rsidTr="00A8274F">
        <w:tc>
          <w:tcPr>
            <w:tcW w:w="502" w:type="dxa"/>
          </w:tcPr>
          <w:p w14:paraId="18750B76" w14:textId="77777777" w:rsidR="00796403" w:rsidRPr="00A2778A" w:rsidRDefault="00000000">
            <w:r w:rsidRPr="00A2778A">
              <w:t>1</w:t>
            </w:r>
          </w:p>
        </w:tc>
        <w:tc>
          <w:tcPr>
            <w:tcW w:w="2441" w:type="dxa"/>
          </w:tcPr>
          <w:p w14:paraId="5D456A8F" w14:textId="77777777" w:rsidR="00796403" w:rsidRPr="00A2778A" w:rsidRDefault="00796403"/>
        </w:tc>
        <w:tc>
          <w:tcPr>
            <w:tcW w:w="3320" w:type="dxa"/>
          </w:tcPr>
          <w:p w14:paraId="4B15CEBC" w14:textId="77777777" w:rsidR="00796403" w:rsidRPr="00A2778A" w:rsidRDefault="00796403"/>
        </w:tc>
        <w:tc>
          <w:tcPr>
            <w:tcW w:w="1973" w:type="dxa"/>
          </w:tcPr>
          <w:p w14:paraId="1EA8D386" w14:textId="77777777" w:rsidR="00796403" w:rsidRPr="00A2778A" w:rsidRDefault="00796403"/>
        </w:tc>
        <w:tc>
          <w:tcPr>
            <w:tcW w:w="1550" w:type="dxa"/>
          </w:tcPr>
          <w:p w14:paraId="4DC76B42" w14:textId="77777777" w:rsidR="00796403" w:rsidRPr="00A2778A" w:rsidRDefault="00796403"/>
        </w:tc>
        <w:tc>
          <w:tcPr>
            <w:tcW w:w="3505" w:type="dxa"/>
          </w:tcPr>
          <w:p w14:paraId="766AA9ED" w14:textId="77777777" w:rsidR="00796403" w:rsidRPr="00A2778A" w:rsidRDefault="00796403"/>
        </w:tc>
      </w:tr>
      <w:tr w:rsidR="00796403" w:rsidRPr="00A2778A" w14:paraId="20ADAD11" w14:textId="77777777" w:rsidTr="00A8274F">
        <w:tc>
          <w:tcPr>
            <w:tcW w:w="502" w:type="dxa"/>
          </w:tcPr>
          <w:p w14:paraId="7C615CE9" w14:textId="77777777" w:rsidR="00796403" w:rsidRPr="00A2778A" w:rsidRDefault="00000000">
            <w:r w:rsidRPr="00A2778A">
              <w:t>2</w:t>
            </w:r>
          </w:p>
        </w:tc>
        <w:tc>
          <w:tcPr>
            <w:tcW w:w="2441" w:type="dxa"/>
          </w:tcPr>
          <w:p w14:paraId="3E36471D" w14:textId="77777777" w:rsidR="00796403" w:rsidRPr="00A2778A" w:rsidRDefault="00796403"/>
        </w:tc>
        <w:tc>
          <w:tcPr>
            <w:tcW w:w="3320" w:type="dxa"/>
          </w:tcPr>
          <w:p w14:paraId="4352EFBD" w14:textId="77777777" w:rsidR="00796403" w:rsidRPr="00A2778A" w:rsidRDefault="00796403"/>
        </w:tc>
        <w:tc>
          <w:tcPr>
            <w:tcW w:w="1973" w:type="dxa"/>
          </w:tcPr>
          <w:p w14:paraId="5FC3F515" w14:textId="77777777" w:rsidR="00796403" w:rsidRPr="00A2778A" w:rsidRDefault="00796403"/>
        </w:tc>
        <w:tc>
          <w:tcPr>
            <w:tcW w:w="1550" w:type="dxa"/>
          </w:tcPr>
          <w:p w14:paraId="7B9E1525" w14:textId="77777777" w:rsidR="00796403" w:rsidRPr="00A2778A" w:rsidRDefault="00796403"/>
        </w:tc>
        <w:tc>
          <w:tcPr>
            <w:tcW w:w="3505" w:type="dxa"/>
          </w:tcPr>
          <w:p w14:paraId="7A9E2992" w14:textId="77777777" w:rsidR="00796403" w:rsidRPr="00A2778A" w:rsidRDefault="00796403"/>
        </w:tc>
      </w:tr>
      <w:tr w:rsidR="00796403" w:rsidRPr="00A2778A" w14:paraId="2BE05C7C" w14:textId="77777777" w:rsidTr="00A8274F">
        <w:tc>
          <w:tcPr>
            <w:tcW w:w="502" w:type="dxa"/>
          </w:tcPr>
          <w:p w14:paraId="41D535B9" w14:textId="77777777" w:rsidR="00796403" w:rsidRPr="00A2778A" w:rsidRDefault="00000000">
            <w:r w:rsidRPr="00A2778A">
              <w:t>3</w:t>
            </w:r>
          </w:p>
        </w:tc>
        <w:tc>
          <w:tcPr>
            <w:tcW w:w="2441" w:type="dxa"/>
          </w:tcPr>
          <w:p w14:paraId="2B7ADE2A" w14:textId="77777777" w:rsidR="00796403" w:rsidRPr="00A2778A" w:rsidRDefault="00796403"/>
        </w:tc>
        <w:tc>
          <w:tcPr>
            <w:tcW w:w="3320" w:type="dxa"/>
          </w:tcPr>
          <w:p w14:paraId="23A9B093" w14:textId="77777777" w:rsidR="00796403" w:rsidRPr="00A2778A" w:rsidRDefault="00796403"/>
        </w:tc>
        <w:tc>
          <w:tcPr>
            <w:tcW w:w="1973" w:type="dxa"/>
          </w:tcPr>
          <w:p w14:paraId="3FE7BD89" w14:textId="77777777" w:rsidR="00796403" w:rsidRPr="00A2778A" w:rsidRDefault="00796403"/>
        </w:tc>
        <w:tc>
          <w:tcPr>
            <w:tcW w:w="1550" w:type="dxa"/>
          </w:tcPr>
          <w:p w14:paraId="385F0B35" w14:textId="77777777" w:rsidR="00796403" w:rsidRPr="00A2778A" w:rsidRDefault="00796403"/>
        </w:tc>
        <w:tc>
          <w:tcPr>
            <w:tcW w:w="3505" w:type="dxa"/>
          </w:tcPr>
          <w:p w14:paraId="313DD34F" w14:textId="77777777" w:rsidR="00796403" w:rsidRPr="00A2778A" w:rsidRDefault="00796403"/>
        </w:tc>
      </w:tr>
    </w:tbl>
    <w:p w14:paraId="5948D245" w14:textId="77777777" w:rsidR="00796403" w:rsidRPr="00A2778A" w:rsidRDefault="00000000">
      <w:r w:rsidRPr="00A2778A">
        <w:br/>
        <w:t>Oświadczam, że powyższe informacje są zgodne z prawdą i potwierdzają moje doświadczenie.</w:t>
      </w:r>
    </w:p>
    <w:p w14:paraId="59B77702" w14:textId="436641F8" w:rsidR="00796403" w:rsidRPr="00A2778A" w:rsidRDefault="00000000">
      <w:r w:rsidRPr="00A2778A">
        <w:br/>
        <w:t>……………………………</w:t>
      </w:r>
      <w:r w:rsidR="00A2778A">
        <w:t>………………….</w:t>
      </w:r>
      <w:r w:rsidRPr="00A2778A">
        <w:t>…………..</w:t>
      </w:r>
      <w:r w:rsidR="00A2778A">
        <w:t>, …………/……………/2025</w:t>
      </w:r>
      <w:r w:rsidRPr="00A2778A">
        <w:br/>
        <w:t>(miejscowość, data)</w:t>
      </w:r>
    </w:p>
    <w:p w14:paraId="691060E4" w14:textId="77777777" w:rsidR="00A2778A" w:rsidRDefault="00A2778A"/>
    <w:p w14:paraId="2AF2E145" w14:textId="77777777" w:rsidR="00A2778A" w:rsidRDefault="00A2778A"/>
    <w:p w14:paraId="6E5D6EAD" w14:textId="3461E74A" w:rsidR="00796403" w:rsidRDefault="00000000">
      <w:r w:rsidRPr="00A2778A">
        <w:br/>
        <w:t>………………………………………..</w:t>
      </w:r>
      <w:r w:rsidRPr="00A2778A">
        <w:br/>
        <w:t>(podpis i pieczęć Wykonawcy)</w:t>
      </w:r>
    </w:p>
    <w:sectPr w:rsidR="00796403" w:rsidSect="00A2778A">
      <w:headerReference w:type="default" r:id="rId8"/>
      <w:footerReference w:type="default" r:id="rId9"/>
      <w:pgSz w:w="15840" w:h="12240" w:orient="landscape"/>
      <w:pgMar w:top="1800" w:right="1440" w:bottom="1800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00D3B" w14:textId="77777777" w:rsidR="00A24594" w:rsidRDefault="00A24594" w:rsidP="00A2778A">
      <w:pPr>
        <w:spacing w:after="0" w:line="240" w:lineRule="auto"/>
      </w:pPr>
      <w:r>
        <w:separator/>
      </w:r>
    </w:p>
  </w:endnote>
  <w:endnote w:type="continuationSeparator" w:id="0">
    <w:p w14:paraId="2B41C08D" w14:textId="77777777" w:rsidR="00A24594" w:rsidRDefault="00A24594" w:rsidP="00A2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FA67" w14:textId="7A205FF7" w:rsidR="00A2778A" w:rsidRPr="00911156" w:rsidRDefault="00A2778A" w:rsidP="00A2778A">
    <w:pPr>
      <w:pStyle w:val="Stopka"/>
      <w:jc w:val="center"/>
      <w:rPr>
        <w:rFonts w:ascii="Arial Narrow" w:hAnsi="Arial Narrow"/>
      </w:rPr>
    </w:pPr>
    <w:r w:rsidRPr="00911156">
      <w:rPr>
        <w:rFonts w:ascii="Arial Narrow" w:hAnsi="Arial Narrow"/>
      </w:rPr>
      <w:t xml:space="preserve">Zadanie publiczne pn. „Trend na ARA” sfinansowano przez Narodowy Instytut Wolności – Centrum Rozwoju Społeczeństwa Obywatelskiego </w:t>
    </w:r>
    <w:r>
      <w:rPr>
        <w:rFonts w:ascii="Arial Narrow" w:hAnsi="Arial Narrow"/>
      </w:rPr>
      <w:br/>
    </w:r>
    <w:r w:rsidRPr="00911156">
      <w:rPr>
        <w:rFonts w:ascii="Arial Narrow" w:hAnsi="Arial Narrow"/>
      </w:rPr>
      <w:t>ze środków Programu Fundusz Inicjatyw Obywatelskich NOWEFIO na lata 2021–2030.</w:t>
    </w:r>
  </w:p>
  <w:p w14:paraId="1E4034CF" w14:textId="77777777" w:rsidR="00A2778A" w:rsidRPr="00911156" w:rsidRDefault="00A2778A" w:rsidP="00A2778A">
    <w:pPr>
      <w:pStyle w:val="Stopka"/>
    </w:pPr>
  </w:p>
  <w:p w14:paraId="572D58BE" w14:textId="77777777" w:rsidR="00A2778A" w:rsidRDefault="00A277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F072B" w14:textId="77777777" w:rsidR="00A24594" w:rsidRDefault="00A24594" w:rsidP="00A2778A">
      <w:pPr>
        <w:spacing w:after="0" w:line="240" w:lineRule="auto"/>
      </w:pPr>
      <w:r>
        <w:separator/>
      </w:r>
    </w:p>
  </w:footnote>
  <w:footnote w:type="continuationSeparator" w:id="0">
    <w:p w14:paraId="051EF0B9" w14:textId="77777777" w:rsidR="00A24594" w:rsidRDefault="00A24594" w:rsidP="00A27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A849B" w14:textId="77777777" w:rsidR="00A2778A" w:rsidRPr="00911156" w:rsidRDefault="00A2778A" w:rsidP="00A2778A">
    <w:pPr>
      <w:pStyle w:val="Nagwek"/>
    </w:pPr>
    <w:r w:rsidRPr="00911156">
      <w:t xml:space="preserve">                                                         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390"/>
      <w:gridCol w:w="4390"/>
    </w:tblGrid>
    <w:tr w:rsidR="00A2778A" w:rsidRPr="00911156" w14:paraId="67271CCE" w14:textId="77777777" w:rsidTr="00FF4C70">
      <w:tc>
        <w:tcPr>
          <w:tcW w:w="4390" w:type="dxa"/>
        </w:tcPr>
        <w:p w14:paraId="1C6DD400" w14:textId="14454902" w:rsidR="00A2778A" w:rsidRPr="00911156" w:rsidRDefault="00A2778A" w:rsidP="00A2778A">
          <w:pPr>
            <w:pStyle w:val="Nagwek"/>
          </w:pPr>
          <w:r w:rsidRPr="00911156">
            <w:rPr>
              <w:noProof/>
            </w:rPr>
            <w:drawing>
              <wp:inline distT="0" distB="0" distL="0" distR="0" wp14:anchorId="6476B825" wp14:editId="39835E06">
                <wp:extent cx="1135380" cy="928516"/>
                <wp:effectExtent l="0" t="0" r="0" b="0"/>
                <wp:docPr id="547206832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524" cy="9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</w:t>
          </w:r>
        </w:p>
      </w:tc>
      <w:tc>
        <w:tcPr>
          <w:tcW w:w="4390" w:type="dxa"/>
        </w:tcPr>
        <w:p w14:paraId="35B8BAAE" w14:textId="77777777" w:rsidR="00A2778A" w:rsidRDefault="00A2778A" w:rsidP="00A2778A">
          <w:pPr>
            <w:pStyle w:val="Nagwek"/>
            <w:jc w:val="right"/>
          </w:pPr>
        </w:p>
      </w:tc>
      <w:tc>
        <w:tcPr>
          <w:tcW w:w="4390" w:type="dxa"/>
        </w:tcPr>
        <w:p w14:paraId="3C6AC57D" w14:textId="22F54084" w:rsidR="00A2778A" w:rsidRPr="00911156" w:rsidRDefault="00A2778A" w:rsidP="00A2778A">
          <w:pPr>
            <w:pStyle w:val="Nagwek"/>
            <w:jc w:val="right"/>
          </w:pPr>
          <w:r>
            <w:t xml:space="preserve">               </w:t>
          </w:r>
          <w:r w:rsidRPr="00911156">
            <w:rPr>
              <w:noProof/>
            </w:rPr>
            <w:drawing>
              <wp:inline distT="0" distB="0" distL="0" distR="0" wp14:anchorId="7FBAEC4F" wp14:editId="410894A0">
                <wp:extent cx="1697045" cy="845820"/>
                <wp:effectExtent l="0" t="0" r="0" b="0"/>
                <wp:docPr id="105459147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9720" cy="85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90737" w14:textId="77777777" w:rsidR="00A2778A" w:rsidRPr="00911156" w:rsidRDefault="00A2778A" w:rsidP="00A2778A">
    <w:pPr>
      <w:pStyle w:val="Nagwek"/>
    </w:pPr>
    <w:r w:rsidRPr="00911156">
      <w:t xml:space="preserve">                                           </w:t>
    </w:r>
    <w:r w:rsidRPr="00911156">
      <w:rPr>
        <w:noProof/>
      </w:rPr>
      <w:drawing>
        <wp:inline distT="0" distB="0" distL="0" distR="0" wp14:anchorId="013A96C5" wp14:editId="3FB6B279">
          <wp:extent cx="5478780" cy="4480560"/>
          <wp:effectExtent l="0" t="0" r="7620" b="0"/>
          <wp:docPr id="193589049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448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rPr>
        <w:noProof/>
      </w:rPr>
      <w:drawing>
        <wp:inline distT="0" distB="0" distL="0" distR="0" wp14:anchorId="5EE99A8E" wp14:editId="42DB33A5">
          <wp:extent cx="5486400" cy="4487545"/>
          <wp:effectExtent l="0" t="0" r="0" b="8255"/>
          <wp:docPr id="7166224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48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tab/>
    </w:r>
    <w:r w:rsidRPr="00911156">
      <w:rPr>
        <w:noProof/>
      </w:rPr>
      <w:drawing>
        <wp:inline distT="0" distB="0" distL="0" distR="0" wp14:anchorId="6E5916A8" wp14:editId="6AC72370">
          <wp:extent cx="5486400" cy="4487545"/>
          <wp:effectExtent l="0" t="0" r="0" b="8255"/>
          <wp:docPr id="12788560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48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tab/>
    </w:r>
  </w:p>
  <w:p w14:paraId="3DE6B6E7" w14:textId="77777777" w:rsidR="00A2778A" w:rsidRPr="00911156" w:rsidRDefault="00A2778A" w:rsidP="00A2778A">
    <w:pPr>
      <w:pStyle w:val="Nagwek"/>
    </w:pPr>
  </w:p>
  <w:p w14:paraId="5703814D" w14:textId="77777777" w:rsidR="00A2778A" w:rsidRPr="00911156" w:rsidRDefault="00A2778A" w:rsidP="00A2778A">
    <w:pPr>
      <w:pStyle w:val="Nagwek"/>
    </w:pPr>
  </w:p>
  <w:p w14:paraId="3C844874" w14:textId="77777777" w:rsidR="00A2778A" w:rsidRPr="00911156" w:rsidRDefault="00A2778A" w:rsidP="00A2778A">
    <w:pPr>
      <w:pStyle w:val="Nagwek"/>
    </w:pPr>
  </w:p>
  <w:p w14:paraId="39DC700B" w14:textId="77777777" w:rsidR="00A2778A" w:rsidRPr="00911156" w:rsidRDefault="00A2778A" w:rsidP="00A2778A">
    <w:pPr>
      <w:pStyle w:val="Nagwek"/>
    </w:pPr>
  </w:p>
  <w:p w14:paraId="58C33108" w14:textId="77777777" w:rsidR="00A2778A" w:rsidRPr="00911156" w:rsidRDefault="00A2778A" w:rsidP="00A2778A">
    <w:pPr>
      <w:pStyle w:val="Nagwek"/>
    </w:pPr>
  </w:p>
  <w:p w14:paraId="533CF458" w14:textId="77777777" w:rsidR="00A2778A" w:rsidRPr="00911156" w:rsidRDefault="00A2778A" w:rsidP="00A2778A">
    <w:pPr>
      <w:pStyle w:val="Nagwek"/>
    </w:pPr>
  </w:p>
  <w:p w14:paraId="7DBB6E51" w14:textId="6FFE3CAC" w:rsidR="00A2778A" w:rsidRDefault="00A2778A">
    <w:pPr>
      <w:pStyle w:val="Nagwek"/>
    </w:pPr>
  </w:p>
  <w:p w14:paraId="0F1FDCE8" w14:textId="77777777" w:rsidR="00A2778A" w:rsidRDefault="00A277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83381067">
    <w:abstractNumId w:val="8"/>
  </w:num>
  <w:num w:numId="2" w16cid:durableId="765923887">
    <w:abstractNumId w:val="6"/>
  </w:num>
  <w:num w:numId="3" w16cid:durableId="1086460489">
    <w:abstractNumId w:val="5"/>
  </w:num>
  <w:num w:numId="4" w16cid:durableId="2115786231">
    <w:abstractNumId w:val="4"/>
  </w:num>
  <w:num w:numId="5" w16cid:durableId="961031241">
    <w:abstractNumId w:val="7"/>
  </w:num>
  <w:num w:numId="6" w16cid:durableId="1568951267">
    <w:abstractNumId w:val="3"/>
  </w:num>
  <w:num w:numId="7" w16cid:durableId="1465780022">
    <w:abstractNumId w:val="2"/>
  </w:num>
  <w:num w:numId="8" w16cid:durableId="785925782">
    <w:abstractNumId w:val="1"/>
  </w:num>
  <w:num w:numId="9" w16cid:durableId="109197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66335"/>
    <w:rsid w:val="0029639D"/>
    <w:rsid w:val="002E22D9"/>
    <w:rsid w:val="00326F90"/>
    <w:rsid w:val="00796403"/>
    <w:rsid w:val="00A24594"/>
    <w:rsid w:val="00A2778A"/>
    <w:rsid w:val="00A8274F"/>
    <w:rsid w:val="00AA1D8D"/>
    <w:rsid w:val="00B47730"/>
    <w:rsid w:val="00C0419C"/>
    <w:rsid w:val="00CB0664"/>
    <w:rsid w:val="00E562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ABF08A"/>
  <w14:defaultImageDpi w14:val="300"/>
  <w15:docId w15:val="{4C5419BB-FBCA-42E2-9A95-BCF11501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Marta Kowalska</cp:lastModifiedBy>
  <cp:revision>5</cp:revision>
  <dcterms:created xsi:type="dcterms:W3CDTF">2013-12-23T23:15:00Z</dcterms:created>
  <dcterms:modified xsi:type="dcterms:W3CDTF">2025-08-10T16:10:00Z</dcterms:modified>
  <cp:category/>
</cp:coreProperties>
</file>